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90B72" w14:textId="77777777" w:rsidR="00122836" w:rsidRDefault="00000000">
      <w:pPr>
        <w:spacing w:after="0"/>
        <w:jc w:val="center"/>
      </w:pPr>
      <w:r>
        <w:rPr>
          <w:b/>
          <w:sz w:val="30"/>
        </w:rPr>
        <w:t>AUGUST 2026 JOBS LISTING</w:t>
      </w:r>
    </w:p>
    <w:p w14:paraId="20290C87" w14:textId="77777777" w:rsidR="00122836" w:rsidRDefault="00000000">
      <w:pPr>
        <w:spacing w:after="0"/>
        <w:jc w:val="center"/>
      </w:pPr>
      <w:r>
        <w:rPr>
          <w:b/>
          <w:color w:val="C00000"/>
          <w:sz w:val="18"/>
        </w:rPr>
        <w:t>CURRENT OPENINGS VERIFIED THROUGH AUGUST 8, 2026</w:t>
      </w:r>
    </w:p>
    <w:p w14:paraId="61D2511C" w14:textId="77777777" w:rsidR="00122836" w:rsidRDefault="00000000">
      <w:pPr>
        <w:spacing w:after="60"/>
        <w:jc w:val="center"/>
      </w:pPr>
      <w:r>
        <w:rPr>
          <w:b/>
          <w:sz w:val="16"/>
        </w:rPr>
        <w:t>PLEASE CONTACT EACH EMPLOYER TO VERIFY AVAILABILITY, APPLICATION REQUIREMENTS, AND FINAL COMPENSATION BEFORE APPLYING.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47"/>
        <w:gridCol w:w="2044"/>
        <w:gridCol w:w="1972"/>
        <w:gridCol w:w="2203"/>
        <w:gridCol w:w="1540"/>
        <w:gridCol w:w="5011"/>
      </w:tblGrid>
      <w:tr w:rsidR="00122836" w14:paraId="2218864B" w14:textId="77777777">
        <w:trPr>
          <w:cantSplit/>
          <w:tblHeader/>
          <w:jc w:val="center"/>
        </w:trPr>
        <w:tc>
          <w:tcPr>
            <w:tcW w:w="2347" w:type="dxa"/>
            <w:shd w:val="clear" w:color="auto" w:fill="D9EAF7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5C7E969B" w14:textId="77777777" w:rsidR="00122836" w:rsidRDefault="00000000">
            <w:pPr>
              <w:spacing w:line="221" w:lineRule="auto"/>
              <w:jc w:val="center"/>
            </w:pPr>
            <w:r>
              <w:rPr>
                <w:b/>
                <w:sz w:val="14"/>
              </w:rPr>
              <w:t>JOB DESCRIPTION</w:t>
            </w:r>
          </w:p>
        </w:tc>
        <w:tc>
          <w:tcPr>
            <w:tcW w:w="2044" w:type="dxa"/>
            <w:shd w:val="clear" w:color="auto" w:fill="D9EAF7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F64A6AD" w14:textId="77777777" w:rsidR="00122836" w:rsidRDefault="00000000">
            <w:pPr>
              <w:spacing w:line="221" w:lineRule="auto"/>
              <w:jc w:val="center"/>
            </w:pPr>
            <w:r>
              <w:rPr>
                <w:b/>
                <w:sz w:val="14"/>
              </w:rPr>
              <w:t>COMPANY</w:t>
            </w:r>
          </w:p>
        </w:tc>
        <w:tc>
          <w:tcPr>
            <w:tcW w:w="1972" w:type="dxa"/>
            <w:shd w:val="clear" w:color="auto" w:fill="D9EAF7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535B2A0A" w14:textId="77777777" w:rsidR="00122836" w:rsidRDefault="00000000">
            <w:pPr>
              <w:spacing w:line="221" w:lineRule="auto"/>
              <w:jc w:val="center"/>
            </w:pPr>
            <w:r>
              <w:rPr>
                <w:b/>
                <w:sz w:val="14"/>
              </w:rPr>
              <w:t>SALARY OR WAGE</w:t>
            </w:r>
          </w:p>
        </w:tc>
        <w:tc>
          <w:tcPr>
            <w:tcW w:w="2203" w:type="dxa"/>
            <w:shd w:val="clear" w:color="auto" w:fill="D9EAF7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6B68B0C0" w14:textId="77777777" w:rsidR="00122836" w:rsidRDefault="00000000">
            <w:pPr>
              <w:spacing w:line="221" w:lineRule="auto"/>
              <w:jc w:val="center"/>
            </w:pPr>
            <w:r>
              <w:rPr>
                <w:b/>
                <w:sz w:val="14"/>
              </w:rPr>
              <w:t>LOCATION</w:t>
            </w:r>
          </w:p>
        </w:tc>
        <w:tc>
          <w:tcPr>
            <w:tcW w:w="1540" w:type="dxa"/>
            <w:shd w:val="clear" w:color="auto" w:fill="D9EAF7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2A519DE7" w14:textId="77777777" w:rsidR="00122836" w:rsidRDefault="00000000">
            <w:pPr>
              <w:spacing w:line="221" w:lineRule="auto"/>
              <w:jc w:val="center"/>
            </w:pPr>
            <w:r>
              <w:rPr>
                <w:b/>
                <w:sz w:val="14"/>
              </w:rPr>
              <w:t>AVAILABILITY</w:t>
            </w:r>
          </w:p>
        </w:tc>
        <w:tc>
          <w:tcPr>
            <w:tcW w:w="5011" w:type="dxa"/>
            <w:shd w:val="clear" w:color="auto" w:fill="D9EAF7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18236CFB" w14:textId="77777777" w:rsidR="00122836" w:rsidRDefault="00000000">
            <w:pPr>
              <w:spacing w:line="221" w:lineRule="auto"/>
              <w:jc w:val="center"/>
            </w:pPr>
            <w:r>
              <w:rPr>
                <w:b/>
                <w:sz w:val="14"/>
              </w:rPr>
              <w:t>ADDITIONAL INFORMATION</w:t>
            </w:r>
          </w:p>
        </w:tc>
      </w:tr>
      <w:tr w:rsidR="00122836" w14:paraId="5CA999DC" w14:textId="77777777">
        <w:trPr>
          <w:cantSplit/>
          <w:jc w:val="center"/>
        </w:trPr>
        <w:tc>
          <w:tcPr>
            <w:tcW w:w="5011" w:type="dxa"/>
            <w:gridSpan w:val="6"/>
            <w:shd w:val="clear" w:color="auto" w:fill="000000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21E4AC10" w14:textId="77777777" w:rsidR="00122836" w:rsidRDefault="00000000">
            <w:pPr>
              <w:spacing w:line="221" w:lineRule="auto"/>
              <w:jc w:val="center"/>
            </w:pPr>
            <w:r>
              <w:rPr>
                <w:b/>
                <w:color w:val="FFFFFF"/>
                <w:sz w:val="16"/>
              </w:rPr>
              <w:t>PASSAIC COUNTY</w:t>
            </w:r>
          </w:p>
        </w:tc>
      </w:tr>
      <w:tr w:rsidR="00122836" w14:paraId="1475F94F" w14:textId="77777777">
        <w:trPr>
          <w:cantSplit/>
          <w:jc w:val="center"/>
        </w:trPr>
        <w:tc>
          <w:tcPr>
            <w:tcW w:w="2347" w:type="dxa"/>
            <w:shd w:val="clear" w:color="auto" w:fill="E2F0D9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18061AA" w14:textId="77777777" w:rsidR="00122836" w:rsidRDefault="00000000">
            <w:pPr>
              <w:spacing w:line="221" w:lineRule="auto"/>
            </w:pPr>
            <w:r>
              <w:rPr>
                <w:b/>
                <w:sz w:val="13"/>
              </w:rPr>
              <w:t>Assistant County Counsel (Unclassified)</w:t>
            </w:r>
          </w:p>
        </w:tc>
        <w:tc>
          <w:tcPr>
            <w:tcW w:w="2044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652FA14E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Passaic County - County Counsel</w:t>
            </w:r>
          </w:p>
        </w:tc>
        <w:tc>
          <w:tcPr>
            <w:tcW w:w="197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6F4C1290" w14:textId="77777777" w:rsidR="00122836" w:rsidRDefault="00000000">
            <w:pPr>
              <w:spacing w:line="221" w:lineRule="auto"/>
              <w:jc w:val="center"/>
            </w:pPr>
            <w:r>
              <w:rPr>
                <w:sz w:val="13"/>
              </w:rPr>
              <w:t>$85,000 - $100,000/year</w:t>
            </w:r>
          </w:p>
        </w:tc>
        <w:tc>
          <w:tcPr>
            <w:tcW w:w="2203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5471075C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Paterson, NJ</w:t>
            </w:r>
          </w:p>
        </w:tc>
        <w:tc>
          <w:tcPr>
            <w:tcW w:w="1540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0F3447BD" w14:textId="77777777" w:rsidR="00122836" w:rsidRDefault="00000000">
            <w:pPr>
              <w:spacing w:line="221" w:lineRule="auto"/>
              <w:jc w:val="center"/>
            </w:pPr>
            <w:r>
              <w:rPr>
                <w:sz w:val="13"/>
              </w:rPr>
              <w:t>NOW - Open until filled</w:t>
            </w:r>
          </w:p>
        </w:tc>
        <w:tc>
          <w:tcPr>
            <w:tcW w:w="5011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63B0E60A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Represents Passaic County in legal matters, provides legal advice to county departments, conducts research, and drafts opinions, motions, pleadings, and other legal documents. Employer contact/application: Passaic County Human Resources, 401 Grand Street, Room 404, Paterson, NJ 07505; 973-881-4480.</w:t>
            </w:r>
          </w:p>
        </w:tc>
      </w:tr>
      <w:tr w:rsidR="00122836" w14:paraId="501D4508" w14:textId="77777777">
        <w:trPr>
          <w:cantSplit/>
          <w:jc w:val="center"/>
        </w:trPr>
        <w:tc>
          <w:tcPr>
            <w:tcW w:w="2347" w:type="dxa"/>
            <w:shd w:val="clear" w:color="auto" w:fill="E2F0D9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0CE9FFDA" w14:textId="77777777" w:rsidR="00122836" w:rsidRDefault="00000000">
            <w:pPr>
              <w:spacing w:line="221" w:lineRule="auto"/>
            </w:pPr>
            <w:r>
              <w:rPr>
                <w:b/>
                <w:sz w:val="13"/>
              </w:rPr>
              <w:t>Assistant Program Analyst (00654)</w:t>
            </w:r>
          </w:p>
        </w:tc>
        <w:tc>
          <w:tcPr>
            <w:tcW w:w="2044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080911DC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Passaic County Human Services</w:t>
            </w:r>
          </w:p>
        </w:tc>
        <w:tc>
          <w:tcPr>
            <w:tcW w:w="197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5EFED938" w14:textId="77777777" w:rsidR="00122836" w:rsidRDefault="00000000">
            <w:pPr>
              <w:spacing w:line="221" w:lineRule="auto"/>
              <w:jc w:val="center"/>
            </w:pPr>
            <w:r>
              <w:rPr>
                <w:sz w:val="13"/>
              </w:rPr>
              <w:t>$50,000 - $55,000/year</w:t>
            </w:r>
          </w:p>
        </w:tc>
        <w:tc>
          <w:tcPr>
            <w:tcW w:w="2203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1E0314D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Paterson, NJ</w:t>
            </w:r>
          </w:p>
        </w:tc>
        <w:tc>
          <w:tcPr>
            <w:tcW w:w="1540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40D04FC2" w14:textId="77777777" w:rsidR="00122836" w:rsidRDefault="00000000">
            <w:pPr>
              <w:spacing w:line="221" w:lineRule="auto"/>
              <w:jc w:val="center"/>
            </w:pPr>
            <w:r>
              <w:rPr>
                <w:sz w:val="13"/>
              </w:rPr>
              <w:t>NOW - Open until filled</w:t>
            </w:r>
          </w:p>
        </w:tc>
        <w:tc>
          <w:tcPr>
            <w:tcW w:w="5011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129097D3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Supports Human Services program analysis, administrative review, reporting, records, and program coordination. Employer contact/application: Passaic County Human Resources, 401 Grand Street, Room 404, Paterson, NJ 07505; 973-881-4480.</w:t>
            </w:r>
          </w:p>
        </w:tc>
      </w:tr>
      <w:tr w:rsidR="00122836" w14:paraId="6E8478BC" w14:textId="77777777">
        <w:trPr>
          <w:cantSplit/>
          <w:jc w:val="center"/>
        </w:trPr>
        <w:tc>
          <w:tcPr>
            <w:tcW w:w="2347" w:type="dxa"/>
            <w:shd w:val="clear" w:color="auto" w:fill="E2F0D9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0DEE1369" w14:textId="77777777" w:rsidR="00122836" w:rsidRDefault="00000000">
            <w:pPr>
              <w:spacing w:line="221" w:lineRule="auto"/>
            </w:pPr>
            <w:r>
              <w:rPr>
                <w:b/>
                <w:sz w:val="13"/>
              </w:rPr>
              <w:t>Bridge Construction Inspector</w:t>
            </w:r>
          </w:p>
        </w:tc>
        <w:tc>
          <w:tcPr>
            <w:tcW w:w="2044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016B4BE9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Passaic County Engineering</w:t>
            </w:r>
          </w:p>
        </w:tc>
        <w:tc>
          <w:tcPr>
            <w:tcW w:w="197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0C4BD5EE" w14:textId="77777777" w:rsidR="00122836" w:rsidRDefault="00000000">
            <w:pPr>
              <w:spacing w:line="221" w:lineRule="auto"/>
              <w:jc w:val="center"/>
            </w:pPr>
            <w:r>
              <w:rPr>
                <w:sz w:val="13"/>
              </w:rPr>
              <w:t>$55,000 - $85,000/year</w:t>
            </w:r>
          </w:p>
        </w:tc>
        <w:tc>
          <w:tcPr>
            <w:tcW w:w="2203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545ACC59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Passaic County, NJ</w:t>
            </w:r>
          </w:p>
        </w:tc>
        <w:tc>
          <w:tcPr>
            <w:tcW w:w="1540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3A5E6336" w14:textId="77777777" w:rsidR="00122836" w:rsidRDefault="00000000">
            <w:pPr>
              <w:spacing w:line="221" w:lineRule="auto"/>
              <w:jc w:val="center"/>
            </w:pPr>
            <w:r>
              <w:rPr>
                <w:sz w:val="13"/>
              </w:rPr>
              <w:t>NOW - Open until filled</w:t>
            </w:r>
          </w:p>
        </w:tc>
        <w:tc>
          <w:tcPr>
            <w:tcW w:w="5011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5210EDED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Performs field inspection and documentation for bridge construction and rehabilitation work, monitors contractor activity, and helps verify compliance with plans and specifications. Employer contact/application: Passaic County Human Resources, 401 Grand Street, Room 404, Paterson, NJ 07505; 973-881-4480.</w:t>
            </w:r>
          </w:p>
        </w:tc>
      </w:tr>
      <w:tr w:rsidR="00122836" w14:paraId="546A7260" w14:textId="77777777">
        <w:trPr>
          <w:cantSplit/>
          <w:jc w:val="center"/>
        </w:trPr>
        <w:tc>
          <w:tcPr>
            <w:tcW w:w="2347" w:type="dxa"/>
            <w:shd w:val="clear" w:color="auto" w:fill="E2F0D9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6B18A3C1" w14:textId="77777777" w:rsidR="00122836" w:rsidRDefault="00000000">
            <w:pPr>
              <w:spacing w:line="221" w:lineRule="auto"/>
            </w:pPr>
            <w:r>
              <w:rPr>
                <w:b/>
                <w:sz w:val="13"/>
              </w:rPr>
              <w:t>Clerk Driver</w:t>
            </w:r>
          </w:p>
        </w:tc>
        <w:tc>
          <w:tcPr>
            <w:tcW w:w="2044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2B4F0CD7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Passaic County Senior Services - Nutrition Division</w:t>
            </w:r>
          </w:p>
        </w:tc>
        <w:tc>
          <w:tcPr>
            <w:tcW w:w="197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12AC52F9" w14:textId="77777777" w:rsidR="00122836" w:rsidRDefault="00000000">
            <w:pPr>
              <w:spacing w:line="221" w:lineRule="auto"/>
              <w:jc w:val="center"/>
            </w:pPr>
            <w:r>
              <w:rPr>
                <w:sz w:val="13"/>
              </w:rPr>
              <w:t>$19.00 - $24.79/hour</w:t>
            </w:r>
          </w:p>
        </w:tc>
        <w:tc>
          <w:tcPr>
            <w:tcW w:w="2203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7F7DD24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Passaic County, NJ</w:t>
            </w:r>
          </w:p>
        </w:tc>
        <w:tc>
          <w:tcPr>
            <w:tcW w:w="1540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AEBA13D" w14:textId="77777777" w:rsidR="00122836" w:rsidRDefault="00000000">
            <w:pPr>
              <w:spacing w:line="221" w:lineRule="auto"/>
              <w:jc w:val="center"/>
            </w:pPr>
            <w:r>
              <w:rPr>
                <w:sz w:val="13"/>
              </w:rPr>
              <w:t>NOW - Open until filled</w:t>
            </w:r>
          </w:p>
        </w:tc>
        <w:tc>
          <w:tcPr>
            <w:tcW w:w="5011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3C95A868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Provides clerical support and driving assistance for senior-services nutrition operations, including records, deliveries, routing, and related program support. Employer contact/application: Passaic County Human Resources, 401 Grand Street, Room 404, Paterson, NJ 07505; 973-881-4480.</w:t>
            </w:r>
          </w:p>
        </w:tc>
      </w:tr>
      <w:tr w:rsidR="00122836" w14:paraId="6865663C" w14:textId="77777777">
        <w:trPr>
          <w:cantSplit/>
          <w:jc w:val="center"/>
        </w:trPr>
        <w:tc>
          <w:tcPr>
            <w:tcW w:w="2347" w:type="dxa"/>
            <w:shd w:val="clear" w:color="auto" w:fill="E2F0D9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12B2A97D" w14:textId="77777777" w:rsidR="00122836" w:rsidRDefault="00000000">
            <w:pPr>
              <w:spacing w:line="221" w:lineRule="auto"/>
            </w:pPr>
            <w:r>
              <w:rPr>
                <w:b/>
                <w:sz w:val="13"/>
              </w:rPr>
              <w:t>Legal Secretary</w:t>
            </w:r>
          </w:p>
        </w:tc>
        <w:tc>
          <w:tcPr>
            <w:tcW w:w="2044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6B1CE75D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Passaic County</w:t>
            </w:r>
          </w:p>
        </w:tc>
        <w:tc>
          <w:tcPr>
            <w:tcW w:w="197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4EE4DB83" w14:textId="77777777" w:rsidR="00122836" w:rsidRDefault="00000000">
            <w:pPr>
              <w:spacing w:line="221" w:lineRule="auto"/>
              <w:jc w:val="center"/>
            </w:pPr>
            <w:r>
              <w:rPr>
                <w:sz w:val="13"/>
              </w:rPr>
              <w:t>$45,000 - $55,000/year</w:t>
            </w:r>
          </w:p>
        </w:tc>
        <w:tc>
          <w:tcPr>
            <w:tcW w:w="2203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3CC60CD4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Paterson, NJ</w:t>
            </w:r>
          </w:p>
        </w:tc>
        <w:tc>
          <w:tcPr>
            <w:tcW w:w="1540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14E6EB7F" w14:textId="77777777" w:rsidR="00122836" w:rsidRDefault="00000000">
            <w:pPr>
              <w:spacing w:line="221" w:lineRule="auto"/>
              <w:jc w:val="center"/>
            </w:pPr>
            <w:r>
              <w:rPr>
                <w:sz w:val="13"/>
              </w:rPr>
              <w:t>NOW - Open until filled</w:t>
            </w:r>
          </w:p>
        </w:tc>
        <w:tc>
          <w:tcPr>
            <w:tcW w:w="5011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9E52FBD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Provides legal-office administrative support, prepares and organizes documents, maintains files and calendars, and assists attorneys with correspondence and case workflow. Employer contact/application: Passaic County Human Resources, 401 Grand Street, Room 404, Paterson, NJ 07505; 973-881-4480.</w:t>
            </w:r>
          </w:p>
        </w:tc>
      </w:tr>
      <w:tr w:rsidR="00122836" w14:paraId="7F7F1C26" w14:textId="77777777">
        <w:trPr>
          <w:cantSplit/>
          <w:jc w:val="center"/>
        </w:trPr>
        <w:tc>
          <w:tcPr>
            <w:tcW w:w="2347" w:type="dxa"/>
            <w:shd w:val="clear" w:color="auto" w:fill="E2F0D9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15100050" w14:textId="77777777" w:rsidR="00122836" w:rsidRDefault="00000000">
            <w:pPr>
              <w:spacing w:line="221" w:lineRule="auto"/>
            </w:pPr>
            <w:r>
              <w:rPr>
                <w:b/>
                <w:sz w:val="13"/>
              </w:rPr>
              <w:t>Customer Service/Sales</w:t>
            </w:r>
          </w:p>
        </w:tc>
        <w:tc>
          <w:tcPr>
            <w:tcW w:w="2044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21E8C1D9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The Home Depot</w:t>
            </w:r>
          </w:p>
        </w:tc>
        <w:tc>
          <w:tcPr>
            <w:tcW w:w="197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96171ED" w14:textId="77777777" w:rsidR="00122836" w:rsidRDefault="00000000">
            <w:pPr>
              <w:spacing w:line="221" w:lineRule="auto"/>
              <w:jc w:val="center"/>
            </w:pPr>
            <w:r>
              <w:rPr>
                <w:sz w:val="13"/>
              </w:rPr>
              <w:t>$17.50 - $20.50/hour</w:t>
            </w:r>
          </w:p>
        </w:tc>
        <w:tc>
          <w:tcPr>
            <w:tcW w:w="2203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2A5C97F8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106 Route 23 North, Riverdale, NJ</w:t>
            </w:r>
          </w:p>
        </w:tc>
        <w:tc>
          <w:tcPr>
            <w:tcW w:w="1540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3D3EDD23" w14:textId="77777777" w:rsidR="00122836" w:rsidRDefault="00000000">
            <w:pPr>
              <w:spacing w:line="221" w:lineRule="auto"/>
              <w:jc w:val="center"/>
            </w:pPr>
            <w:r>
              <w:rPr>
                <w:sz w:val="13"/>
              </w:rPr>
              <w:t>NOW</w:t>
            </w:r>
          </w:p>
        </w:tc>
        <w:tc>
          <w:tcPr>
            <w:tcW w:w="5011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2FB64B9A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Greets customers, assesses project needs, recommends products, supports sales, and keeps assigned departments stocked, clean, and safe. Employer contact/application: Riverdale Store 0919 hiring team, 106 Route 23 North, Riverdale, NJ; apply directly with The Home Depot.</w:t>
            </w:r>
          </w:p>
        </w:tc>
      </w:tr>
      <w:tr w:rsidR="00122836" w14:paraId="0AA647F7" w14:textId="77777777">
        <w:trPr>
          <w:cantSplit/>
          <w:jc w:val="center"/>
        </w:trPr>
        <w:tc>
          <w:tcPr>
            <w:tcW w:w="5011" w:type="dxa"/>
            <w:gridSpan w:val="6"/>
            <w:shd w:val="clear" w:color="auto" w:fill="000000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4A67C967" w14:textId="77777777" w:rsidR="00122836" w:rsidRDefault="00000000">
            <w:pPr>
              <w:spacing w:line="221" w:lineRule="auto"/>
              <w:jc w:val="center"/>
            </w:pPr>
            <w:r>
              <w:rPr>
                <w:b/>
                <w:color w:val="FFFFFF"/>
                <w:sz w:val="16"/>
              </w:rPr>
              <w:t>BERGEN COUNTY</w:t>
            </w:r>
          </w:p>
        </w:tc>
      </w:tr>
      <w:tr w:rsidR="00122836" w14:paraId="0BDCA32C" w14:textId="77777777">
        <w:trPr>
          <w:cantSplit/>
          <w:jc w:val="center"/>
        </w:trPr>
        <w:tc>
          <w:tcPr>
            <w:tcW w:w="2347" w:type="dxa"/>
            <w:shd w:val="clear" w:color="auto" w:fill="E2F0D9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28239683" w14:textId="77777777" w:rsidR="00122836" w:rsidRDefault="00000000">
            <w:pPr>
              <w:spacing w:line="221" w:lineRule="auto"/>
            </w:pPr>
            <w:r>
              <w:rPr>
                <w:b/>
                <w:sz w:val="13"/>
              </w:rPr>
              <w:t>Cashier</w:t>
            </w:r>
          </w:p>
        </w:tc>
        <w:tc>
          <w:tcPr>
            <w:tcW w:w="2044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851F9E0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The Home Depot</w:t>
            </w:r>
          </w:p>
        </w:tc>
        <w:tc>
          <w:tcPr>
            <w:tcW w:w="197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BEC01DA" w14:textId="77777777" w:rsidR="00122836" w:rsidRDefault="00000000">
            <w:pPr>
              <w:spacing w:line="221" w:lineRule="auto"/>
              <w:jc w:val="center"/>
            </w:pPr>
            <w:r>
              <w:rPr>
                <w:sz w:val="13"/>
              </w:rPr>
              <w:t>$17.00 - $17.50/hour</w:t>
            </w:r>
          </w:p>
        </w:tc>
        <w:tc>
          <w:tcPr>
            <w:tcW w:w="2203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28101596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520 Route 17 North, Paramus, NJ</w:t>
            </w:r>
          </w:p>
        </w:tc>
        <w:tc>
          <w:tcPr>
            <w:tcW w:w="1540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0C18EC0B" w14:textId="77777777" w:rsidR="00122836" w:rsidRDefault="00000000">
            <w:pPr>
              <w:spacing w:line="221" w:lineRule="auto"/>
              <w:jc w:val="center"/>
            </w:pPr>
            <w:r>
              <w:rPr>
                <w:sz w:val="13"/>
              </w:rPr>
              <w:t>NOW</w:t>
            </w:r>
          </w:p>
        </w:tc>
        <w:tc>
          <w:tcPr>
            <w:tcW w:w="5011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33241F97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Processes checkout and return transactions, monitors self-checkout, assists customers, and helps protect inventory by following front-end procedures. Employer contact/application: Paramus Store 0904 hiring team, 520 Route 17 North, Paramus, NJ; apply directly with The Home Depot.</w:t>
            </w:r>
          </w:p>
        </w:tc>
      </w:tr>
      <w:tr w:rsidR="00122836" w14:paraId="00E88C4F" w14:textId="77777777">
        <w:trPr>
          <w:cantSplit/>
          <w:jc w:val="center"/>
        </w:trPr>
        <w:tc>
          <w:tcPr>
            <w:tcW w:w="2347" w:type="dxa"/>
            <w:shd w:val="clear" w:color="auto" w:fill="E2F0D9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2A6C951E" w14:textId="77777777" w:rsidR="00122836" w:rsidRDefault="00000000">
            <w:pPr>
              <w:spacing w:line="221" w:lineRule="auto"/>
            </w:pPr>
            <w:r>
              <w:rPr>
                <w:b/>
                <w:sz w:val="13"/>
              </w:rPr>
              <w:t>Kitchen Designer</w:t>
            </w:r>
          </w:p>
        </w:tc>
        <w:tc>
          <w:tcPr>
            <w:tcW w:w="2044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22A17A57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The Home Depot</w:t>
            </w:r>
          </w:p>
        </w:tc>
        <w:tc>
          <w:tcPr>
            <w:tcW w:w="197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27DF184D" w14:textId="77777777" w:rsidR="00122836" w:rsidRDefault="00000000">
            <w:pPr>
              <w:spacing w:line="221" w:lineRule="auto"/>
              <w:jc w:val="center"/>
            </w:pPr>
            <w:r>
              <w:rPr>
                <w:sz w:val="13"/>
              </w:rPr>
              <w:t>$19.50/hour</w:t>
            </w:r>
          </w:p>
        </w:tc>
        <w:tc>
          <w:tcPr>
            <w:tcW w:w="2203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34B3FA65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520 Route 17 North, Paramus, NJ</w:t>
            </w:r>
          </w:p>
        </w:tc>
        <w:tc>
          <w:tcPr>
            <w:tcW w:w="1540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799C5E9" w14:textId="77777777" w:rsidR="00122836" w:rsidRDefault="00000000">
            <w:pPr>
              <w:spacing w:line="221" w:lineRule="auto"/>
              <w:jc w:val="center"/>
            </w:pPr>
            <w:r>
              <w:rPr>
                <w:sz w:val="13"/>
              </w:rPr>
              <w:t>NOW</w:t>
            </w:r>
          </w:p>
        </w:tc>
        <w:tc>
          <w:tcPr>
            <w:tcW w:w="5011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614A77F3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Works with customers on kitchen and bath projects, uses design tools, recommends products and installation options, maintains the showroom, and follows up on project status. Employer contact/application: Paramus Store 0904 hiring team, 520 Route 17 North, Paramus, NJ; apply directly with The Home Depot.</w:t>
            </w:r>
          </w:p>
        </w:tc>
      </w:tr>
      <w:tr w:rsidR="00122836" w14:paraId="18F8DFA0" w14:textId="77777777">
        <w:trPr>
          <w:cantSplit/>
          <w:jc w:val="center"/>
        </w:trPr>
        <w:tc>
          <w:tcPr>
            <w:tcW w:w="2347" w:type="dxa"/>
            <w:shd w:val="clear" w:color="auto" w:fill="E2F0D9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45B5CCE" w14:textId="77777777" w:rsidR="00122836" w:rsidRDefault="00000000">
            <w:pPr>
              <w:spacing w:line="221" w:lineRule="auto"/>
            </w:pPr>
            <w:r>
              <w:rPr>
                <w:b/>
                <w:sz w:val="13"/>
              </w:rPr>
              <w:t>Customer Service/Sales</w:t>
            </w:r>
          </w:p>
        </w:tc>
        <w:tc>
          <w:tcPr>
            <w:tcW w:w="2044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0044E2F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The Home Depot</w:t>
            </w:r>
          </w:p>
        </w:tc>
        <w:tc>
          <w:tcPr>
            <w:tcW w:w="197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038567C" w14:textId="77777777" w:rsidR="00122836" w:rsidRDefault="00000000">
            <w:pPr>
              <w:spacing w:line="221" w:lineRule="auto"/>
              <w:jc w:val="center"/>
            </w:pPr>
            <w:r>
              <w:rPr>
                <w:sz w:val="13"/>
              </w:rPr>
              <w:t>$17.00 - $19.50/hour</w:t>
            </w:r>
          </w:p>
        </w:tc>
        <w:tc>
          <w:tcPr>
            <w:tcW w:w="2203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3C5AC52A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Lodi, NJ</w:t>
            </w:r>
          </w:p>
        </w:tc>
        <w:tc>
          <w:tcPr>
            <w:tcW w:w="1540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014AA850" w14:textId="77777777" w:rsidR="00122836" w:rsidRDefault="00000000">
            <w:pPr>
              <w:spacing w:line="221" w:lineRule="auto"/>
              <w:jc w:val="center"/>
            </w:pPr>
            <w:r>
              <w:rPr>
                <w:sz w:val="13"/>
              </w:rPr>
              <w:t>NOW</w:t>
            </w:r>
          </w:p>
        </w:tc>
        <w:tc>
          <w:tcPr>
            <w:tcW w:w="5011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2827C68D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Provides customer assistance, learns product lines, recommends project solutions, supports sales, and keeps assigned departments safe and stocked. Employer contact/application: Lodi Store 0932 hiring team; apply directly with The Home Depot.</w:t>
            </w:r>
          </w:p>
        </w:tc>
      </w:tr>
      <w:tr w:rsidR="00122836" w14:paraId="297FE72F" w14:textId="77777777">
        <w:trPr>
          <w:cantSplit/>
          <w:jc w:val="center"/>
        </w:trPr>
        <w:tc>
          <w:tcPr>
            <w:tcW w:w="2347" w:type="dxa"/>
            <w:shd w:val="clear" w:color="auto" w:fill="E2F0D9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1EA7B849" w14:textId="77777777" w:rsidR="00122836" w:rsidRDefault="00000000">
            <w:pPr>
              <w:spacing w:line="221" w:lineRule="auto"/>
            </w:pPr>
            <w:r>
              <w:rPr>
                <w:b/>
                <w:sz w:val="13"/>
              </w:rPr>
              <w:t>Merchandising</w:t>
            </w:r>
          </w:p>
        </w:tc>
        <w:tc>
          <w:tcPr>
            <w:tcW w:w="2044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2355785D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The Home Depot</w:t>
            </w:r>
          </w:p>
        </w:tc>
        <w:tc>
          <w:tcPr>
            <w:tcW w:w="197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20F74D95" w14:textId="77777777" w:rsidR="00122836" w:rsidRDefault="00000000">
            <w:pPr>
              <w:spacing w:line="221" w:lineRule="auto"/>
              <w:jc w:val="center"/>
            </w:pPr>
            <w:r>
              <w:rPr>
                <w:sz w:val="13"/>
              </w:rPr>
              <w:t>$17.50/hour</w:t>
            </w:r>
          </w:p>
        </w:tc>
        <w:tc>
          <w:tcPr>
            <w:tcW w:w="2203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4A681B64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465 State Highway 17, Mahwah, NJ</w:t>
            </w:r>
          </w:p>
        </w:tc>
        <w:tc>
          <w:tcPr>
            <w:tcW w:w="1540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16EFADC0" w14:textId="77777777" w:rsidR="00122836" w:rsidRDefault="00000000">
            <w:pPr>
              <w:spacing w:line="221" w:lineRule="auto"/>
              <w:jc w:val="center"/>
            </w:pPr>
            <w:r>
              <w:rPr>
                <w:sz w:val="13"/>
              </w:rPr>
              <w:t>NOW</w:t>
            </w:r>
          </w:p>
        </w:tc>
        <w:tc>
          <w:tcPr>
            <w:tcW w:w="5011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03E95574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Stocks and merchandises products, executes price changes and product rotation, builds displays, refreshes signage, and supports safe store presentation. Employer contact/application: Mahwah Store 0963 hiring team, 465 State Highway 17, Mahwah, NJ; apply directly with The Home Depot.</w:t>
            </w:r>
          </w:p>
        </w:tc>
      </w:tr>
      <w:tr w:rsidR="00122836" w14:paraId="74ED0434" w14:textId="77777777">
        <w:trPr>
          <w:cantSplit/>
          <w:jc w:val="center"/>
        </w:trPr>
        <w:tc>
          <w:tcPr>
            <w:tcW w:w="2347" w:type="dxa"/>
            <w:shd w:val="clear" w:color="auto" w:fill="E2F0D9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2AD4B7B7" w14:textId="77777777" w:rsidR="00122836" w:rsidRDefault="00000000">
            <w:pPr>
              <w:spacing w:line="221" w:lineRule="auto"/>
            </w:pPr>
            <w:r>
              <w:rPr>
                <w:b/>
                <w:sz w:val="13"/>
              </w:rPr>
              <w:t>Retail Warehouse Forklift Operator</w:t>
            </w:r>
          </w:p>
        </w:tc>
        <w:tc>
          <w:tcPr>
            <w:tcW w:w="2044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3D989F74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IKEA</w:t>
            </w:r>
          </w:p>
        </w:tc>
        <w:tc>
          <w:tcPr>
            <w:tcW w:w="197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2329F2EB" w14:textId="77777777" w:rsidR="00122836" w:rsidRDefault="00000000">
            <w:pPr>
              <w:spacing w:line="221" w:lineRule="auto"/>
              <w:jc w:val="center"/>
            </w:pPr>
            <w:r>
              <w:rPr>
                <w:sz w:val="13"/>
              </w:rPr>
              <w:t>$23.23 - $32.82/hour</w:t>
            </w:r>
          </w:p>
        </w:tc>
        <w:tc>
          <w:tcPr>
            <w:tcW w:w="2203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1B58E9AE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Paramus, NJ</w:t>
            </w:r>
          </w:p>
        </w:tc>
        <w:tc>
          <w:tcPr>
            <w:tcW w:w="1540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3D09768D" w14:textId="77777777" w:rsidR="00122836" w:rsidRDefault="00000000">
            <w:pPr>
              <w:spacing w:line="221" w:lineRule="auto"/>
              <w:jc w:val="center"/>
            </w:pPr>
            <w:r>
              <w:rPr>
                <w:sz w:val="13"/>
              </w:rPr>
              <w:t>NOW</w:t>
            </w:r>
          </w:p>
        </w:tc>
        <w:tc>
          <w:tcPr>
            <w:tcW w:w="5011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2F15DDDC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Receives inbound goods, verifies inventory, replenishes sales areas, picks customer orders, operates scanners, and handles powered equipment including forklifts and pallet jacks. Employer contact/application: IKEA Paramus recruitment team, 100 IKEA Drive, Paramus, NJ 07652; apply directly with IKEA.</w:t>
            </w:r>
          </w:p>
        </w:tc>
      </w:tr>
      <w:tr w:rsidR="00122836" w14:paraId="401D7D74" w14:textId="77777777">
        <w:trPr>
          <w:cantSplit/>
          <w:jc w:val="center"/>
        </w:trPr>
        <w:tc>
          <w:tcPr>
            <w:tcW w:w="2347" w:type="dxa"/>
            <w:shd w:val="clear" w:color="auto" w:fill="E2F0D9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43C74370" w14:textId="77777777" w:rsidR="00122836" w:rsidRDefault="00000000">
            <w:pPr>
              <w:spacing w:line="221" w:lineRule="auto"/>
            </w:pPr>
            <w:r>
              <w:rPr>
                <w:b/>
                <w:sz w:val="13"/>
              </w:rPr>
              <w:t>Food Service &amp; Dishwasher Associate</w:t>
            </w:r>
          </w:p>
        </w:tc>
        <w:tc>
          <w:tcPr>
            <w:tcW w:w="2044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4E7305F7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IKEA</w:t>
            </w:r>
          </w:p>
        </w:tc>
        <w:tc>
          <w:tcPr>
            <w:tcW w:w="197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2DB8AC40" w14:textId="77777777" w:rsidR="00122836" w:rsidRDefault="00000000">
            <w:pPr>
              <w:spacing w:line="221" w:lineRule="auto"/>
              <w:jc w:val="center"/>
            </w:pPr>
            <w:r>
              <w:rPr>
                <w:sz w:val="13"/>
              </w:rPr>
              <w:t>$19.91 - $28.12/hour</w:t>
            </w:r>
          </w:p>
        </w:tc>
        <w:tc>
          <w:tcPr>
            <w:tcW w:w="2203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20B4CCB9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Paramus, NJ</w:t>
            </w:r>
          </w:p>
        </w:tc>
        <w:tc>
          <w:tcPr>
            <w:tcW w:w="1540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531E94E5" w14:textId="77777777" w:rsidR="00122836" w:rsidRDefault="00000000">
            <w:pPr>
              <w:spacing w:line="221" w:lineRule="auto"/>
              <w:jc w:val="center"/>
            </w:pPr>
            <w:r>
              <w:rPr>
                <w:sz w:val="13"/>
              </w:rPr>
              <w:t>NOW - Seasonal through approx. Sept. 2026</w:t>
            </w:r>
          </w:p>
        </w:tc>
        <w:tc>
          <w:tcPr>
            <w:tcW w:w="5011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5742FE2A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Prepares food items, processes transactions, maintains dishes and kitchen equipment, follows food-safety standards, rotates stock, and keeps dining and service areas clean. Employer contact/application: IKEA Paramus recruitment team, 100 IKEA Drive, Paramus, NJ 07652; apply directly with IKEA.</w:t>
            </w:r>
          </w:p>
        </w:tc>
      </w:tr>
      <w:tr w:rsidR="00122836" w14:paraId="53096FB7" w14:textId="77777777">
        <w:trPr>
          <w:cantSplit/>
          <w:jc w:val="center"/>
        </w:trPr>
        <w:tc>
          <w:tcPr>
            <w:tcW w:w="5011" w:type="dxa"/>
            <w:gridSpan w:val="6"/>
            <w:shd w:val="clear" w:color="auto" w:fill="000000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4662B012" w14:textId="77777777" w:rsidR="00122836" w:rsidRDefault="00000000">
            <w:pPr>
              <w:spacing w:line="221" w:lineRule="auto"/>
              <w:jc w:val="center"/>
            </w:pPr>
            <w:r>
              <w:rPr>
                <w:b/>
                <w:color w:val="FFFFFF"/>
                <w:sz w:val="16"/>
              </w:rPr>
              <w:t>ESSEX COUNTY</w:t>
            </w:r>
          </w:p>
        </w:tc>
      </w:tr>
      <w:tr w:rsidR="00122836" w14:paraId="468C7890" w14:textId="77777777">
        <w:trPr>
          <w:cantSplit/>
          <w:jc w:val="center"/>
        </w:trPr>
        <w:tc>
          <w:tcPr>
            <w:tcW w:w="2347" w:type="dxa"/>
            <w:shd w:val="clear" w:color="auto" w:fill="E2F0D9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2C0F9CC5" w14:textId="77777777" w:rsidR="00122836" w:rsidRDefault="00000000">
            <w:pPr>
              <w:spacing w:line="221" w:lineRule="auto"/>
            </w:pPr>
            <w:r>
              <w:rPr>
                <w:b/>
                <w:sz w:val="13"/>
              </w:rPr>
              <w:t>Mechanic - Fire Apparatus</w:t>
            </w:r>
          </w:p>
        </w:tc>
        <w:tc>
          <w:tcPr>
            <w:tcW w:w="2044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6DFDEA82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City of East Orange Fire Department</w:t>
            </w:r>
          </w:p>
        </w:tc>
        <w:tc>
          <w:tcPr>
            <w:tcW w:w="197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411A7F3A" w14:textId="77777777" w:rsidR="00122836" w:rsidRDefault="00000000">
            <w:pPr>
              <w:spacing w:line="221" w:lineRule="auto"/>
              <w:jc w:val="center"/>
            </w:pPr>
            <w:r>
              <w:rPr>
                <w:sz w:val="13"/>
              </w:rPr>
              <w:t>$20.34/hour - Part-time</w:t>
            </w:r>
          </w:p>
        </w:tc>
        <w:tc>
          <w:tcPr>
            <w:tcW w:w="2203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308FB39B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East Orange, NJ</w:t>
            </w:r>
          </w:p>
        </w:tc>
        <w:tc>
          <w:tcPr>
            <w:tcW w:w="1540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13EA0B7E" w14:textId="77777777" w:rsidR="00122836" w:rsidRDefault="00000000">
            <w:pPr>
              <w:spacing w:line="221" w:lineRule="auto"/>
              <w:jc w:val="center"/>
            </w:pPr>
            <w:r>
              <w:rPr>
                <w:sz w:val="13"/>
              </w:rPr>
              <w:t>NOW - Open until filled</w:t>
            </w:r>
          </w:p>
        </w:tc>
        <w:tc>
          <w:tcPr>
            <w:tcW w:w="5011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14C78D82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Performs skilled mechanical work involving installation, maintenance, repair, and servicing of fire apparatus and related motor vehicles. Employer contact/application: Jureyah Johnson, Department of Human Resources, 44 City Hall Plaza, East Orange, NJ 07018; 973-673-3172 fax; Jureyah.Johnson@eastorange-nj.gov.</w:t>
            </w:r>
          </w:p>
        </w:tc>
      </w:tr>
      <w:tr w:rsidR="00122836" w14:paraId="1E3C36DF" w14:textId="77777777">
        <w:trPr>
          <w:cantSplit/>
          <w:jc w:val="center"/>
        </w:trPr>
        <w:tc>
          <w:tcPr>
            <w:tcW w:w="2347" w:type="dxa"/>
            <w:shd w:val="clear" w:color="auto" w:fill="E2F0D9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15F9F8F8" w14:textId="77777777" w:rsidR="00122836" w:rsidRDefault="00000000">
            <w:pPr>
              <w:spacing w:line="221" w:lineRule="auto"/>
            </w:pPr>
            <w:r>
              <w:rPr>
                <w:b/>
                <w:sz w:val="13"/>
              </w:rPr>
              <w:t>Lot Associate</w:t>
            </w:r>
          </w:p>
        </w:tc>
        <w:tc>
          <w:tcPr>
            <w:tcW w:w="2044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31D0EE9A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The Home Depot</w:t>
            </w:r>
          </w:p>
        </w:tc>
        <w:tc>
          <w:tcPr>
            <w:tcW w:w="197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375E5FBD" w14:textId="77777777" w:rsidR="00122836" w:rsidRDefault="00000000">
            <w:pPr>
              <w:spacing w:line="221" w:lineRule="auto"/>
              <w:jc w:val="center"/>
            </w:pPr>
            <w:r>
              <w:rPr>
                <w:sz w:val="13"/>
              </w:rPr>
              <w:t>$17.00/hour</w:t>
            </w:r>
          </w:p>
        </w:tc>
        <w:tc>
          <w:tcPr>
            <w:tcW w:w="2203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3A8BAEAD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399-443 Springfield Ave, Newark, NJ</w:t>
            </w:r>
          </w:p>
        </w:tc>
        <w:tc>
          <w:tcPr>
            <w:tcW w:w="1540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1BB8F499" w14:textId="77777777" w:rsidR="00122836" w:rsidRDefault="00000000">
            <w:pPr>
              <w:spacing w:line="221" w:lineRule="auto"/>
              <w:jc w:val="center"/>
            </w:pPr>
            <w:r>
              <w:rPr>
                <w:sz w:val="13"/>
              </w:rPr>
              <w:t>NOW</w:t>
            </w:r>
          </w:p>
        </w:tc>
        <w:tc>
          <w:tcPr>
            <w:tcW w:w="5011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218C4B94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Assists customers with loading, maintains carts and the store entrance, supports lot safety and cleanliness, and provides front-line customer service. Employer contact/application: Newark Store 0980 hiring team, 399-443 Springfield Ave, Newark, NJ; apply directly with The Home Depot.</w:t>
            </w:r>
          </w:p>
        </w:tc>
      </w:tr>
      <w:tr w:rsidR="00122836" w14:paraId="7C4FF344" w14:textId="77777777">
        <w:trPr>
          <w:cantSplit/>
          <w:jc w:val="center"/>
        </w:trPr>
        <w:tc>
          <w:tcPr>
            <w:tcW w:w="2347" w:type="dxa"/>
            <w:shd w:val="clear" w:color="auto" w:fill="E2F0D9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0711D525" w14:textId="77777777" w:rsidR="00122836" w:rsidRDefault="00000000">
            <w:pPr>
              <w:spacing w:line="221" w:lineRule="auto"/>
            </w:pPr>
            <w:r>
              <w:rPr>
                <w:b/>
                <w:sz w:val="13"/>
              </w:rPr>
              <w:t>Freight/Receiving</w:t>
            </w:r>
          </w:p>
        </w:tc>
        <w:tc>
          <w:tcPr>
            <w:tcW w:w="2044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522A8E88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The Home Depot</w:t>
            </w:r>
          </w:p>
        </w:tc>
        <w:tc>
          <w:tcPr>
            <w:tcW w:w="197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45AAEA0C" w14:textId="77777777" w:rsidR="00122836" w:rsidRDefault="00000000">
            <w:pPr>
              <w:spacing w:line="221" w:lineRule="auto"/>
              <w:jc w:val="center"/>
            </w:pPr>
            <w:r>
              <w:rPr>
                <w:sz w:val="13"/>
              </w:rPr>
              <w:t>$19.00 - $20.00/hour</w:t>
            </w:r>
          </w:p>
        </w:tc>
        <w:tc>
          <w:tcPr>
            <w:tcW w:w="2203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48E1A4C0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399-443 Springfield Ave, Newark, NJ</w:t>
            </w:r>
          </w:p>
        </w:tc>
        <w:tc>
          <w:tcPr>
            <w:tcW w:w="1540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137A4427" w14:textId="77777777" w:rsidR="00122836" w:rsidRDefault="00000000">
            <w:pPr>
              <w:spacing w:line="221" w:lineRule="auto"/>
              <w:jc w:val="center"/>
            </w:pPr>
            <w:r>
              <w:rPr>
                <w:sz w:val="13"/>
              </w:rPr>
              <w:t>NOW</w:t>
            </w:r>
          </w:p>
        </w:tc>
        <w:tc>
          <w:tcPr>
            <w:tcW w:w="5011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54953CF2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Loads and unloads trucks, moves merchandise from receiving to the sales floor, supports inventory accuracy and pricing, and may operate forklifts. Employer contact/application: Newark Store 0980 hiring team, 399-443 Springfield Ave, Newark, NJ; apply directly with The Home Depot.</w:t>
            </w:r>
          </w:p>
        </w:tc>
      </w:tr>
      <w:tr w:rsidR="00122836" w14:paraId="044DF575" w14:textId="77777777">
        <w:trPr>
          <w:cantSplit/>
          <w:jc w:val="center"/>
        </w:trPr>
        <w:tc>
          <w:tcPr>
            <w:tcW w:w="2347" w:type="dxa"/>
            <w:shd w:val="clear" w:color="auto" w:fill="E2F0D9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2234725D" w14:textId="77777777" w:rsidR="00122836" w:rsidRDefault="00000000">
            <w:pPr>
              <w:spacing w:line="221" w:lineRule="auto"/>
            </w:pPr>
            <w:r>
              <w:rPr>
                <w:b/>
                <w:sz w:val="13"/>
              </w:rPr>
              <w:t>Merchandising</w:t>
            </w:r>
          </w:p>
        </w:tc>
        <w:tc>
          <w:tcPr>
            <w:tcW w:w="2044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51141A99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The Home Depot</w:t>
            </w:r>
          </w:p>
        </w:tc>
        <w:tc>
          <w:tcPr>
            <w:tcW w:w="197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0B4D3DFF" w14:textId="77777777" w:rsidR="00122836" w:rsidRDefault="00000000">
            <w:pPr>
              <w:spacing w:line="221" w:lineRule="auto"/>
              <w:jc w:val="center"/>
            </w:pPr>
            <w:r>
              <w:rPr>
                <w:sz w:val="13"/>
              </w:rPr>
              <w:t>$18.00/hour</w:t>
            </w:r>
          </w:p>
        </w:tc>
        <w:tc>
          <w:tcPr>
            <w:tcW w:w="2203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2D500E05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399-443 Springfield Ave, Newark, NJ</w:t>
            </w:r>
          </w:p>
        </w:tc>
        <w:tc>
          <w:tcPr>
            <w:tcW w:w="1540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3369A00" w14:textId="77777777" w:rsidR="00122836" w:rsidRDefault="00000000">
            <w:pPr>
              <w:spacing w:line="221" w:lineRule="auto"/>
              <w:jc w:val="center"/>
            </w:pPr>
            <w:r>
              <w:rPr>
                <w:sz w:val="13"/>
              </w:rPr>
              <w:t>NOW</w:t>
            </w:r>
          </w:p>
        </w:tc>
        <w:tc>
          <w:tcPr>
            <w:tcW w:w="5011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10BED715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Executes merchandising projects, price changes, product rotation, display and fixture work, signage updates, and stocking while maintaining safe presentation standards. Employer contact/application: Newark Store 0980 hiring team, 399-443 Springfield Ave, Newark, NJ; apply directly with The Home Depot.</w:t>
            </w:r>
          </w:p>
        </w:tc>
      </w:tr>
      <w:tr w:rsidR="00122836" w14:paraId="6A43B14F" w14:textId="77777777">
        <w:trPr>
          <w:cantSplit/>
          <w:jc w:val="center"/>
        </w:trPr>
        <w:tc>
          <w:tcPr>
            <w:tcW w:w="2347" w:type="dxa"/>
            <w:shd w:val="clear" w:color="auto" w:fill="E2F0D9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3DCE3F27" w14:textId="77777777" w:rsidR="00122836" w:rsidRDefault="00000000">
            <w:pPr>
              <w:spacing w:line="221" w:lineRule="auto"/>
            </w:pPr>
            <w:r>
              <w:rPr>
                <w:b/>
                <w:sz w:val="13"/>
              </w:rPr>
              <w:lastRenderedPageBreak/>
              <w:t>Store Support</w:t>
            </w:r>
          </w:p>
        </w:tc>
        <w:tc>
          <w:tcPr>
            <w:tcW w:w="2044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2C59971B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The Home Depot</w:t>
            </w:r>
          </w:p>
        </w:tc>
        <w:tc>
          <w:tcPr>
            <w:tcW w:w="197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0406BBC8" w14:textId="77777777" w:rsidR="00122836" w:rsidRDefault="00000000">
            <w:pPr>
              <w:spacing w:line="221" w:lineRule="auto"/>
              <w:jc w:val="center"/>
            </w:pPr>
            <w:r>
              <w:rPr>
                <w:sz w:val="13"/>
              </w:rPr>
              <w:t>$17.00 - $19.00/hour</w:t>
            </w:r>
          </w:p>
        </w:tc>
        <w:tc>
          <w:tcPr>
            <w:tcW w:w="2203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115E9A63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399-443 Springfield Ave, Newark, NJ</w:t>
            </w:r>
          </w:p>
        </w:tc>
        <w:tc>
          <w:tcPr>
            <w:tcW w:w="1540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5557A50" w14:textId="77777777" w:rsidR="00122836" w:rsidRDefault="00000000">
            <w:pPr>
              <w:spacing w:line="221" w:lineRule="auto"/>
              <w:jc w:val="center"/>
            </w:pPr>
            <w:r>
              <w:rPr>
                <w:sz w:val="13"/>
              </w:rPr>
              <w:t>NOW</w:t>
            </w:r>
          </w:p>
        </w:tc>
        <w:tc>
          <w:tcPr>
            <w:tcW w:w="5011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6B4251A9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Supports order fulfillment, customer service, administrative tasks, lot operations, and other non-sales store functions needed for daily operations. Employer contact/application: Newark Store 0980 hiring team, 399-443 Springfield Ave, Newark, NJ; apply directly with The Home Depot.</w:t>
            </w:r>
          </w:p>
        </w:tc>
      </w:tr>
      <w:tr w:rsidR="00122836" w14:paraId="720524CC" w14:textId="77777777">
        <w:trPr>
          <w:cantSplit/>
          <w:jc w:val="center"/>
        </w:trPr>
        <w:tc>
          <w:tcPr>
            <w:tcW w:w="2347" w:type="dxa"/>
            <w:shd w:val="clear" w:color="auto" w:fill="E2F0D9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41F619B6" w14:textId="77777777" w:rsidR="00122836" w:rsidRDefault="00000000">
            <w:pPr>
              <w:spacing w:line="221" w:lineRule="auto"/>
            </w:pPr>
            <w:r>
              <w:rPr>
                <w:b/>
                <w:sz w:val="13"/>
              </w:rPr>
              <w:t>Kitchen Designer</w:t>
            </w:r>
          </w:p>
        </w:tc>
        <w:tc>
          <w:tcPr>
            <w:tcW w:w="2044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1945382E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The Home Depot</w:t>
            </w:r>
          </w:p>
        </w:tc>
        <w:tc>
          <w:tcPr>
            <w:tcW w:w="197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0F89071E" w14:textId="77777777" w:rsidR="00122836" w:rsidRDefault="00000000">
            <w:pPr>
              <w:spacing w:line="221" w:lineRule="auto"/>
              <w:jc w:val="center"/>
            </w:pPr>
            <w:r>
              <w:rPr>
                <w:sz w:val="13"/>
              </w:rPr>
              <w:t>$20.00/hour</w:t>
            </w:r>
          </w:p>
        </w:tc>
        <w:tc>
          <w:tcPr>
            <w:tcW w:w="2203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16E2CB8A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60 Orange St, Bloomfield, NJ</w:t>
            </w:r>
          </w:p>
        </w:tc>
        <w:tc>
          <w:tcPr>
            <w:tcW w:w="1540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15A7251B" w14:textId="77777777" w:rsidR="00122836" w:rsidRDefault="00000000">
            <w:pPr>
              <w:spacing w:line="221" w:lineRule="auto"/>
              <w:jc w:val="center"/>
            </w:pPr>
            <w:r>
              <w:rPr>
                <w:sz w:val="13"/>
              </w:rPr>
              <w:t>NOW</w:t>
            </w:r>
          </w:p>
        </w:tc>
        <w:tc>
          <w:tcPr>
            <w:tcW w:w="5011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48474A95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Guides customers through kitchen and bath design projects, recommends products and services, uses design tools, maintains showroom standards, and follows up throughout the project. Employer contact/application: Bloomfield Store 0928 hiring team, 60 Orange St, Bloomfield, NJ; apply directly with The Home Depot.</w:t>
            </w:r>
          </w:p>
        </w:tc>
      </w:tr>
      <w:tr w:rsidR="00122836" w14:paraId="1B172C33" w14:textId="77777777">
        <w:trPr>
          <w:cantSplit/>
          <w:jc w:val="center"/>
        </w:trPr>
        <w:tc>
          <w:tcPr>
            <w:tcW w:w="5011" w:type="dxa"/>
            <w:gridSpan w:val="6"/>
            <w:shd w:val="clear" w:color="auto" w:fill="000000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4A618AD0" w14:textId="77777777" w:rsidR="00122836" w:rsidRDefault="00000000">
            <w:pPr>
              <w:spacing w:line="221" w:lineRule="auto"/>
              <w:jc w:val="center"/>
            </w:pPr>
            <w:r>
              <w:rPr>
                <w:b/>
                <w:color w:val="FFFFFF"/>
                <w:sz w:val="16"/>
              </w:rPr>
              <w:t>UNION COUNTY</w:t>
            </w:r>
          </w:p>
        </w:tc>
      </w:tr>
      <w:tr w:rsidR="00122836" w14:paraId="2E702CC0" w14:textId="77777777">
        <w:trPr>
          <w:cantSplit/>
          <w:jc w:val="center"/>
        </w:trPr>
        <w:tc>
          <w:tcPr>
            <w:tcW w:w="2347" w:type="dxa"/>
            <w:shd w:val="clear" w:color="auto" w:fill="E2F0D9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630763D0" w14:textId="77777777" w:rsidR="00122836" w:rsidRDefault="00000000">
            <w:pPr>
              <w:spacing w:line="221" w:lineRule="auto"/>
            </w:pPr>
            <w:r>
              <w:rPr>
                <w:b/>
                <w:sz w:val="13"/>
              </w:rPr>
              <w:t>Pro Customer Service/Sales</w:t>
            </w:r>
          </w:p>
        </w:tc>
        <w:tc>
          <w:tcPr>
            <w:tcW w:w="2044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2D8D00C0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The Home Depot</w:t>
            </w:r>
          </w:p>
        </w:tc>
        <w:tc>
          <w:tcPr>
            <w:tcW w:w="197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15628598" w14:textId="77777777" w:rsidR="00122836" w:rsidRDefault="00000000">
            <w:pPr>
              <w:spacing w:line="221" w:lineRule="auto"/>
              <w:jc w:val="center"/>
            </w:pPr>
            <w:r>
              <w:rPr>
                <w:sz w:val="13"/>
              </w:rPr>
              <w:t>$17.00 - $19.00/hour</w:t>
            </w:r>
          </w:p>
        </w:tc>
        <w:tc>
          <w:tcPr>
            <w:tcW w:w="2203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FABC266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701 West Edgar Rd, Linden, NJ</w:t>
            </w:r>
          </w:p>
        </w:tc>
        <w:tc>
          <w:tcPr>
            <w:tcW w:w="1540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B4DCD5E" w14:textId="77777777" w:rsidR="00122836" w:rsidRDefault="00000000">
            <w:pPr>
              <w:spacing w:line="221" w:lineRule="auto"/>
              <w:jc w:val="center"/>
            </w:pPr>
            <w:r>
              <w:rPr>
                <w:sz w:val="13"/>
              </w:rPr>
              <w:t>NOW</w:t>
            </w:r>
          </w:p>
        </w:tc>
        <w:tc>
          <w:tcPr>
            <w:tcW w:w="5011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2CC9B56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Serves contractors, property owners, and commercial customers; supports orders, loading, product recommendations, deliveries, loyalty programs, and Pro sales goals. Employer contact/application: Linden Store 0934 hiring team, 701 West Edgar Rd, Linden, NJ; apply directly with The Home Depot.</w:t>
            </w:r>
          </w:p>
        </w:tc>
      </w:tr>
      <w:tr w:rsidR="00122836" w14:paraId="7625C8A0" w14:textId="77777777">
        <w:trPr>
          <w:cantSplit/>
          <w:jc w:val="center"/>
        </w:trPr>
        <w:tc>
          <w:tcPr>
            <w:tcW w:w="2347" w:type="dxa"/>
            <w:shd w:val="clear" w:color="auto" w:fill="E2F0D9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20719AFE" w14:textId="77777777" w:rsidR="00122836" w:rsidRDefault="00000000">
            <w:pPr>
              <w:spacing w:line="221" w:lineRule="auto"/>
            </w:pPr>
            <w:r>
              <w:rPr>
                <w:b/>
                <w:sz w:val="13"/>
              </w:rPr>
              <w:t>Backroom Associate</w:t>
            </w:r>
          </w:p>
        </w:tc>
        <w:tc>
          <w:tcPr>
            <w:tcW w:w="2044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4153C290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Sam's Club</w:t>
            </w:r>
          </w:p>
        </w:tc>
        <w:tc>
          <w:tcPr>
            <w:tcW w:w="197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455BE24F" w14:textId="77777777" w:rsidR="00122836" w:rsidRDefault="00000000">
            <w:pPr>
              <w:spacing w:line="221" w:lineRule="auto"/>
              <w:jc w:val="center"/>
            </w:pPr>
            <w:r>
              <w:rPr>
                <w:sz w:val="13"/>
              </w:rPr>
              <w:t>$19.00 - $27.00/hour</w:t>
            </w:r>
          </w:p>
        </w:tc>
        <w:tc>
          <w:tcPr>
            <w:tcW w:w="2203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105BBED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1900 E Linden Ave, Linden, NJ</w:t>
            </w:r>
          </w:p>
        </w:tc>
        <w:tc>
          <w:tcPr>
            <w:tcW w:w="1540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04075B07" w14:textId="77777777" w:rsidR="00122836" w:rsidRDefault="00000000">
            <w:pPr>
              <w:spacing w:line="221" w:lineRule="auto"/>
              <w:jc w:val="center"/>
            </w:pPr>
            <w:r>
              <w:rPr>
                <w:sz w:val="13"/>
              </w:rPr>
              <w:t>NOW</w:t>
            </w:r>
          </w:p>
        </w:tc>
        <w:tc>
          <w:tcPr>
            <w:tcW w:w="5011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293BCC9F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Processes incoming shipments, maintains receiving records and merchandise counts, organizes backroom inventory, handles claims, and follows safety procedures. Employer contact/application: Sam's Club 4041 hiring team, 1900 E Linden Ave, Linden, NJ 07036; apply directly with Sam's Club.</w:t>
            </w:r>
          </w:p>
        </w:tc>
      </w:tr>
      <w:tr w:rsidR="00122836" w14:paraId="23DAB806" w14:textId="77777777">
        <w:trPr>
          <w:cantSplit/>
          <w:jc w:val="center"/>
        </w:trPr>
        <w:tc>
          <w:tcPr>
            <w:tcW w:w="2347" w:type="dxa"/>
            <w:shd w:val="clear" w:color="auto" w:fill="E2F0D9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228E8C4D" w14:textId="77777777" w:rsidR="00122836" w:rsidRDefault="00000000">
            <w:pPr>
              <w:spacing w:line="221" w:lineRule="auto"/>
            </w:pPr>
            <w:r>
              <w:rPr>
                <w:b/>
                <w:sz w:val="13"/>
              </w:rPr>
              <w:t>Wholesale Trade Order Processor</w:t>
            </w:r>
          </w:p>
        </w:tc>
        <w:tc>
          <w:tcPr>
            <w:tcW w:w="2044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51A92849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Sam's Club</w:t>
            </w:r>
          </w:p>
        </w:tc>
        <w:tc>
          <w:tcPr>
            <w:tcW w:w="197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617B48D7" w14:textId="77777777" w:rsidR="00122836" w:rsidRDefault="00000000">
            <w:pPr>
              <w:spacing w:line="221" w:lineRule="auto"/>
              <w:jc w:val="center"/>
            </w:pPr>
            <w:r>
              <w:rPr>
                <w:sz w:val="13"/>
              </w:rPr>
              <w:t>$19.00 - $27.00/hour</w:t>
            </w:r>
          </w:p>
        </w:tc>
        <w:tc>
          <w:tcPr>
            <w:tcW w:w="2203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51A65584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1900 E Linden Ave, Linden, NJ</w:t>
            </w:r>
          </w:p>
        </w:tc>
        <w:tc>
          <w:tcPr>
            <w:tcW w:w="1540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52B9AFE" w14:textId="77777777" w:rsidR="00122836" w:rsidRDefault="00000000">
            <w:pPr>
              <w:spacing w:line="221" w:lineRule="auto"/>
              <w:jc w:val="center"/>
            </w:pPr>
            <w:r>
              <w:rPr>
                <w:sz w:val="13"/>
              </w:rPr>
              <w:t>NOW</w:t>
            </w:r>
          </w:p>
        </w:tc>
        <w:tc>
          <w:tcPr>
            <w:tcW w:w="5011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24E5EDA6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Reviews and pulls wholesale member orders, scans and verifies merchandise, wraps and palletizes orders, resolves out-of-stock issues, and maintains safe order-processing areas. Employer contact/application: Sam's Club 4041 hiring team, 1900 E Linden Ave, Linden, NJ 07036; apply directly with Sam's Club.</w:t>
            </w:r>
          </w:p>
        </w:tc>
      </w:tr>
      <w:tr w:rsidR="00122836" w14:paraId="2D616FBE" w14:textId="77777777">
        <w:trPr>
          <w:cantSplit/>
          <w:jc w:val="center"/>
        </w:trPr>
        <w:tc>
          <w:tcPr>
            <w:tcW w:w="2347" w:type="dxa"/>
            <w:shd w:val="clear" w:color="auto" w:fill="E2F0D9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18D272EF" w14:textId="77777777" w:rsidR="00122836" w:rsidRDefault="00000000">
            <w:pPr>
              <w:spacing w:line="221" w:lineRule="auto"/>
            </w:pPr>
            <w:r>
              <w:rPr>
                <w:b/>
                <w:sz w:val="13"/>
              </w:rPr>
              <w:t>Retail Sales Associate</w:t>
            </w:r>
          </w:p>
        </w:tc>
        <w:tc>
          <w:tcPr>
            <w:tcW w:w="2044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5C8FE981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IKEA</w:t>
            </w:r>
          </w:p>
        </w:tc>
        <w:tc>
          <w:tcPr>
            <w:tcW w:w="197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17FDD9ED" w14:textId="77777777" w:rsidR="00122836" w:rsidRDefault="00000000">
            <w:pPr>
              <w:spacing w:line="221" w:lineRule="auto"/>
              <w:jc w:val="center"/>
            </w:pPr>
            <w:r>
              <w:rPr>
                <w:sz w:val="13"/>
              </w:rPr>
              <w:t>$19.91 - $28.12/hour</w:t>
            </w:r>
          </w:p>
        </w:tc>
        <w:tc>
          <w:tcPr>
            <w:tcW w:w="2203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009E0755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Elizabeth, NJ</w:t>
            </w:r>
          </w:p>
        </w:tc>
        <w:tc>
          <w:tcPr>
            <w:tcW w:w="1540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498BFE20" w14:textId="77777777" w:rsidR="00122836" w:rsidRDefault="00000000">
            <w:pPr>
              <w:spacing w:line="221" w:lineRule="auto"/>
              <w:jc w:val="center"/>
            </w:pPr>
            <w:r>
              <w:rPr>
                <w:sz w:val="13"/>
              </w:rPr>
              <w:t>NOW</w:t>
            </w:r>
          </w:p>
        </w:tc>
        <w:tc>
          <w:tcPr>
            <w:tcW w:w="5011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1AA0FEF3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Assists customers, provides home-furnishing advice, maintains a stocked and priced sales floor, recommends products, and supports displays and promotional activity. Employer contact/application: IKEA Elizabeth recruitment team, 1000 IKEA Drive, Elizabeth, NJ 07201; apply directly with IKEA.</w:t>
            </w:r>
          </w:p>
        </w:tc>
      </w:tr>
      <w:tr w:rsidR="00122836" w14:paraId="5407BEC0" w14:textId="77777777">
        <w:trPr>
          <w:cantSplit/>
          <w:jc w:val="center"/>
        </w:trPr>
        <w:tc>
          <w:tcPr>
            <w:tcW w:w="2347" w:type="dxa"/>
            <w:shd w:val="clear" w:color="auto" w:fill="E2F0D9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0E08A019" w14:textId="77777777" w:rsidR="00122836" w:rsidRDefault="00000000">
            <w:pPr>
              <w:spacing w:line="221" w:lineRule="auto"/>
            </w:pPr>
            <w:r>
              <w:rPr>
                <w:b/>
                <w:sz w:val="13"/>
              </w:rPr>
              <w:t>Retail Warehouse Associate</w:t>
            </w:r>
          </w:p>
        </w:tc>
        <w:tc>
          <w:tcPr>
            <w:tcW w:w="2044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BF28AE9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IKEA</w:t>
            </w:r>
          </w:p>
        </w:tc>
        <w:tc>
          <w:tcPr>
            <w:tcW w:w="197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22C816D0" w14:textId="77777777" w:rsidR="00122836" w:rsidRDefault="00000000">
            <w:pPr>
              <w:spacing w:line="221" w:lineRule="auto"/>
              <w:jc w:val="center"/>
            </w:pPr>
            <w:r>
              <w:rPr>
                <w:sz w:val="13"/>
              </w:rPr>
              <w:t>$23.23 - $32.82/hour</w:t>
            </w:r>
          </w:p>
        </w:tc>
        <w:tc>
          <w:tcPr>
            <w:tcW w:w="2203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120014D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Elizabeth, NJ</w:t>
            </w:r>
          </w:p>
        </w:tc>
        <w:tc>
          <w:tcPr>
            <w:tcW w:w="1540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3DEDBB5" w14:textId="77777777" w:rsidR="00122836" w:rsidRDefault="00000000">
            <w:pPr>
              <w:spacing w:line="221" w:lineRule="auto"/>
              <w:jc w:val="center"/>
            </w:pPr>
            <w:r>
              <w:rPr>
                <w:sz w:val="13"/>
              </w:rPr>
              <w:t>NOW - Temporary/seasonal</w:t>
            </w:r>
          </w:p>
        </w:tc>
        <w:tc>
          <w:tcPr>
            <w:tcW w:w="5011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479FAEF5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Receives inbound goods, maintains inventory accuracy, replenishes sales areas, selects customer orders, operates scanners, and handles forklifts and pallet jacks. Employer contact/application: IKEA Elizabeth recruitment team, 1000 IKEA Drive, Elizabeth, NJ 07201; apply directly with IKEA.</w:t>
            </w:r>
          </w:p>
        </w:tc>
      </w:tr>
      <w:tr w:rsidR="00122836" w14:paraId="7E53316D" w14:textId="77777777">
        <w:trPr>
          <w:cantSplit/>
          <w:jc w:val="center"/>
        </w:trPr>
        <w:tc>
          <w:tcPr>
            <w:tcW w:w="2347" w:type="dxa"/>
            <w:shd w:val="clear" w:color="auto" w:fill="E2F0D9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482DAC1C" w14:textId="77777777" w:rsidR="00122836" w:rsidRDefault="00000000">
            <w:pPr>
              <w:spacing w:line="221" w:lineRule="auto"/>
            </w:pPr>
            <w:r>
              <w:rPr>
                <w:b/>
                <w:sz w:val="13"/>
              </w:rPr>
              <w:t>Merchandising</w:t>
            </w:r>
          </w:p>
        </w:tc>
        <w:tc>
          <w:tcPr>
            <w:tcW w:w="2044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1B307847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The Home Depot</w:t>
            </w:r>
          </w:p>
        </w:tc>
        <w:tc>
          <w:tcPr>
            <w:tcW w:w="1972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2D8307EC" w14:textId="77777777" w:rsidR="00122836" w:rsidRDefault="00000000">
            <w:pPr>
              <w:spacing w:line="221" w:lineRule="auto"/>
              <w:jc w:val="center"/>
            </w:pPr>
            <w:r>
              <w:rPr>
                <w:sz w:val="13"/>
              </w:rPr>
              <w:t>$18.00/hour</w:t>
            </w:r>
          </w:p>
        </w:tc>
        <w:tc>
          <w:tcPr>
            <w:tcW w:w="2203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16D3B131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2445 Springfield Ave, Vauxhall, NJ</w:t>
            </w:r>
          </w:p>
        </w:tc>
        <w:tc>
          <w:tcPr>
            <w:tcW w:w="1540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52417114" w14:textId="77777777" w:rsidR="00122836" w:rsidRDefault="00000000">
            <w:pPr>
              <w:spacing w:line="221" w:lineRule="auto"/>
              <w:jc w:val="center"/>
            </w:pPr>
            <w:r>
              <w:rPr>
                <w:sz w:val="13"/>
              </w:rPr>
              <w:t>NOW</w:t>
            </w:r>
          </w:p>
        </w:tc>
        <w:tc>
          <w:tcPr>
            <w:tcW w:w="5011" w:type="dxa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339BE2A9" w14:textId="77777777" w:rsidR="00122836" w:rsidRDefault="00000000">
            <w:pPr>
              <w:spacing w:line="221" w:lineRule="auto"/>
            </w:pPr>
            <w:r>
              <w:rPr>
                <w:sz w:val="13"/>
              </w:rPr>
              <w:t>Stocks and merchandises products, executes price changes and rotation, builds displays, refreshes signage, and works across departments to improve product presentation. Employer contact/application: Vauxhall Store 0915 hiring team, 2445 Springfield Ave, Vauxhall, NJ; apply directly with The Home Depot.</w:t>
            </w:r>
          </w:p>
        </w:tc>
      </w:tr>
    </w:tbl>
    <w:p w14:paraId="589C201A" w14:textId="77777777" w:rsidR="00122836" w:rsidRDefault="00000000">
      <w:pPr>
        <w:spacing w:before="40" w:after="0"/>
      </w:pPr>
      <w:r>
        <w:rPr>
          <w:i/>
          <w:sz w:val="13"/>
        </w:rPr>
        <w:t>Verification note: Listings were checked against direct employer and government employment information available on August 8, 2026. Openings, compensation, and application requirements can change without notice.</w:t>
      </w:r>
    </w:p>
    <w:sectPr w:rsidR="00122836" w:rsidSect="00034616">
      <w:pgSz w:w="15840" w:h="12240" w:orient="landscape"/>
      <w:pgMar w:top="317" w:right="317" w:bottom="317" w:left="3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78083287">
    <w:abstractNumId w:val="8"/>
  </w:num>
  <w:num w:numId="2" w16cid:durableId="2014992143">
    <w:abstractNumId w:val="6"/>
  </w:num>
  <w:num w:numId="3" w16cid:durableId="411466611">
    <w:abstractNumId w:val="5"/>
  </w:num>
  <w:num w:numId="4" w16cid:durableId="1968388046">
    <w:abstractNumId w:val="4"/>
  </w:num>
  <w:num w:numId="5" w16cid:durableId="1889563142">
    <w:abstractNumId w:val="7"/>
  </w:num>
  <w:num w:numId="6" w16cid:durableId="1464497475">
    <w:abstractNumId w:val="3"/>
  </w:num>
  <w:num w:numId="7" w16cid:durableId="1844587437">
    <w:abstractNumId w:val="2"/>
  </w:num>
  <w:num w:numId="8" w16cid:durableId="1826555869">
    <w:abstractNumId w:val="1"/>
  </w:num>
  <w:num w:numId="9" w16cid:durableId="80103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360C"/>
    <w:rsid w:val="00122836"/>
    <w:rsid w:val="0015074B"/>
    <w:rsid w:val="0029639D"/>
    <w:rsid w:val="00326F90"/>
    <w:rsid w:val="0038164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A0F9B8"/>
  <w14:defaultImageDpi w14:val="300"/>
  <w15:docId w15:val="{95B93D78-C7BE-45B1-BD06-3C4B01E82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1460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9769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rob brown</cp:lastModifiedBy>
  <cp:revision>2</cp:revision>
  <dcterms:created xsi:type="dcterms:W3CDTF">2026-08-08T15:34:00Z</dcterms:created>
  <dcterms:modified xsi:type="dcterms:W3CDTF">2026-08-08T15:34:00Z</dcterms:modified>
  <cp:category/>
</cp:coreProperties>
</file>